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B07E8" w14:textId="59ACF9E9" w:rsidR="00646E7E" w:rsidRDefault="00646E7E" w:rsidP="00646E7E">
      <w:pPr>
        <w:pStyle w:val="Heading1"/>
      </w:pPr>
      <w:bookmarkStart w:id="0" w:name="_GoBack"/>
      <w:bookmarkEnd w:id="0"/>
      <w:r>
        <w:t xml:space="preserve">GSIS Day-Boarding Kennel Agreement for Staff Pets </w:t>
      </w:r>
    </w:p>
    <w:p w14:paraId="2A3AF259" w14:textId="77777777" w:rsidR="00646E7E" w:rsidRDefault="00646E7E" w:rsidP="00646E7E">
      <w:pPr>
        <w:pStyle w:val="p3"/>
      </w:pPr>
      <w:r>
        <w:rPr>
          <w:i/>
          <w:iCs/>
        </w:rPr>
        <w:t>(For Staff Residing Within the Main Campus Only)</w:t>
      </w:r>
    </w:p>
    <w:p w14:paraId="11B45B24" w14:textId="77777777" w:rsidR="00646E7E" w:rsidRDefault="00646E7E" w:rsidP="00646E7E">
      <w:pPr>
        <w:pStyle w:val="p3"/>
      </w:pPr>
      <w:r>
        <w:t xml:space="preserve">At GSIS, we understand how much our pets mean to us and how important it is that they are cared for safely while we are at work. The day-boarding kennel is a support facility created especially for staff living </w:t>
      </w:r>
      <w:r>
        <w:rPr>
          <w:rStyle w:val="s2"/>
          <w:rFonts w:eastAsiaTheme="majorEastAsia"/>
          <w:b/>
          <w:bCs/>
        </w:rPr>
        <w:t>within the main campus</w:t>
      </w:r>
      <w:r>
        <w:t>, where pets can stay comfortably during school hours.</w:t>
      </w:r>
    </w:p>
    <w:p w14:paraId="16455F46" w14:textId="77777777" w:rsidR="00646E7E" w:rsidRDefault="00646E7E" w:rsidP="00646E7E">
      <w:pPr>
        <w:pStyle w:val="p3"/>
      </w:pPr>
      <w:r>
        <w:t>This agreement outlines how the kennel operates and what we need from each pet owner so that all animals in our care remain safe and happy.</w:t>
      </w:r>
    </w:p>
    <w:p w14:paraId="7E64BE18" w14:textId="77777777" w:rsidR="00646E7E" w:rsidRDefault="00585864" w:rsidP="00646E7E">
      <w:pPr>
        <w:rPr>
          <w:rStyle w:val="s1"/>
        </w:rPr>
      </w:pPr>
      <w:r>
        <w:rPr>
          <w:rStyle w:val="s1"/>
          <w:noProof/>
        </w:rPr>
        <w:pict w14:anchorId="590CF97B">
          <v:rect id="_x0000_i1025" alt="" style="width:431.9pt;height:.05pt;mso-width-percent:0;mso-height-percent:0;mso-width-percent:0;mso-height-percent:0" o:hrpct="957" o:hralign="center" o:hrstd="t" o:hr="t" fillcolor="#a0a0a0" stroked="f"/>
        </w:pict>
      </w:r>
    </w:p>
    <w:p w14:paraId="79DD8B5D" w14:textId="77777777" w:rsidR="00646E7E" w:rsidRDefault="00646E7E" w:rsidP="00646E7E">
      <w:pPr>
        <w:pStyle w:val="Heading2"/>
      </w:pPr>
      <w:r>
        <w:t>1. Who Can Use the Day Boarding Facility</w:t>
      </w:r>
    </w:p>
    <w:p w14:paraId="43385729" w14:textId="77777777" w:rsidR="00646E7E" w:rsidRDefault="00646E7E" w:rsidP="00646E7E">
      <w:pPr>
        <w:pStyle w:val="p1"/>
        <w:numPr>
          <w:ilvl w:val="0"/>
          <w:numId w:val="10"/>
        </w:numPr>
        <w:rPr>
          <w:rStyle w:val="s1"/>
        </w:rPr>
      </w:pPr>
      <w:r>
        <w:rPr>
          <w:rStyle w:val="s1"/>
        </w:rPr>
        <w:t xml:space="preserve">This service is available </w:t>
      </w:r>
      <w:r>
        <w:rPr>
          <w:b/>
          <w:bCs/>
        </w:rPr>
        <w:t>only to staff residing inside the main GSIS campus</w:t>
      </w:r>
      <w:r>
        <w:rPr>
          <w:rStyle w:val="s1"/>
        </w:rPr>
        <w:t>.</w:t>
      </w:r>
    </w:p>
    <w:p w14:paraId="5F97031D" w14:textId="56B94877" w:rsidR="00646E7E" w:rsidRDefault="00646E7E" w:rsidP="00646E7E">
      <w:pPr>
        <w:pStyle w:val="p1"/>
        <w:numPr>
          <w:ilvl w:val="0"/>
          <w:numId w:val="10"/>
        </w:numPr>
      </w:pPr>
      <w:r>
        <w:rPr>
          <w:rStyle w:val="s1"/>
        </w:rPr>
        <w:t>We are able to day-board dogs only at this time.</w:t>
      </w:r>
    </w:p>
    <w:p w14:paraId="63749AC8" w14:textId="77777777" w:rsidR="00646E7E" w:rsidRDefault="00646E7E" w:rsidP="00646E7E">
      <w:pPr>
        <w:pStyle w:val="p1"/>
        <w:numPr>
          <w:ilvl w:val="0"/>
          <w:numId w:val="10"/>
        </w:numPr>
      </w:pPr>
      <w:r>
        <w:t xml:space="preserve">Staff staying in the </w:t>
      </w:r>
      <w:r>
        <w:rPr>
          <w:rStyle w:val="s1"/>
          <w:b/>
          <w:bCs/>
        </w:rPr>
        <w:t>annexes</w:t>
      </w:r>
      <w:r>
        <w:t xml:space="preserve"> are not eligible.</w:t>
      </w:r>
    </w:p>
    <w:p w14:paraId="0B62D129" w14:textId="77777777" w:rsidR="00646E7E" w:rsidRDefault="00646E7E" w:rsidP="00646E7E">
      <w:pPr>
        <w:pStyle w:val="p1"/>
        <w:numPr>
          <w:ilvl w:val="0"/>
          <w:numId w:val="10"/>
        </w:numPr>
      </w:pPr>
      <w:r>
        <w:t xml:space="preserve">Pets must already be approved as per the </w:t>
      </w:r>
      <w:r>
        <w:rPr>
          <w:rStyle w:val="s1"/>
          <w:b/>
          <w:bCs/>
        </w:rPr>
        <w:t>GSIS Pet Policy for Staff Accommodation</w:t>
      </w:r>
      <w:r>
        <w:t>.</w:t>
      </w:r>
    </w:p>
    <w:p w14:paraId="68FED7F3" w14:textId="77777777" w:rsidR="00646E7E" w:rsidRDefault="00585864" w:rsidP="00646E7E">
      <w:pPr>
        <w:rPr>
          <w:rStyle w:val="s1"/>
        </w:rPr>
      </w:pPr>
      <w:r>
        <w:rPr>
          <w:rStyle w:val="s1"/>
          <w:noProof/>
        </w:rPr>
        <w:pict w14:anchorId="3CDFB1C4">
          <v:rect id="_x0000_i1026" alt="" style="width:431.9pt;height:.05pt;mso-width-percent:0;mso-height-percent:0;mso-width-percent:0;mso-height-percent:0" o:hrpct="957" o:hralign="center" o:hrstd="t" o:hr="t" fillcolor="#a0a0a0" stroked="f"/>
        </w:pict>
      </w:r>
    </w:p>
    <w:p w14:paraId="13AF7F1D" w14:textId="77777777" w:rsidR="00646E7E" w:rsidRDefault="00646E7E" w:rsidP="00646E7E">
      <w:pPr>
        <w:pStyle w:val="Heading2"/>
      </w:pPr>
      <w:r>
        <w:t>2. Boarding Schedule &amp; Charges</w:t>
      </w:r>
    </w:p>
    <w:p w14:paraId="4EAC3C59" w14:textId="77777777" w:rsidR="00646E7E" w:rsidRDefault="00646E7E" w:rsidP="00646E7E">
      <w:pPr>
        <w:pStyle w:val="p1"/>
        <w:numPr>
          <w:ilvl w:val="0"/>
          <w:numId w:val="11"/>
        </w:numPr>
      </w:pPr>
      <w:r>
        <w:t xml:space="preserve">The day boarding fee is </w:t>
      </w:r>
      <w:r>
        <w:rPr>
          <w:rStyle w:val="s1"/>
          <w:b/>
          <w:bCs/>
        </w:rPr>
        <w:t>₹2,000 per month</w:t>
      </w:r>
      <w:r>
        <w:t>.</w:t>
      </w:r>
    </w:p>
    <w:p w14:paraId="409400BE" w14:textId="6F201B70" w:rsidR="00646E7E" w:rsidRDefault="00646E7E" w:rsidP="00646E7E">
      <w:pPr>
        <w:pStyle w:val="p1"/>
        <w:numPr>
          <w:ilvl w:val="0"/>
          <w:numId w:val="11"/>
        </w:numPr>
      </w:pPr>
      <w:r>
        <w:t>This covers kennel space, supervision, playtime and access to fresh water.</w:t>
      </w:r>
    </w:p>
    <w:p w14:paraId="08ED4DC5" w14:textId="77777777" w:rsidR="00646E7E" w:rsidRDefault="00646E7E" w:rsidP="00646E7E">
      <w:pPr>
        <w:pStyle w:val="p1"/>
        <w:numPr>
          <w:ilvl w:val="0"/>
          <w:numId w:val="11"/>
        </w:numPr>
      </w:pPr>
      <w:r>
        <w:t xml:space="preserve">Owners will need to send the </w:t>
      </w:r>
      <w:r>
        <w:rPr>
          <w:rStyle w:val="s1"/>
          <w:b/>
          <w:bCs/>
        </w:rPr>
        <w:t>daily food</w:t>
      </w:r>
      <w:r>
        <w:t xml:space="preserve"> their pet requires; our caretaker will feed only what is provided.</w:t>
      </w:r>
    </w:p>
    <w:p w14:paraId="12CD42C1" w14:textId="77777777" w:rsidR="00646E7E" w:rsidRDefault="00646E7E" w:rsidP="00646E7E">
      <w:pPr>
        <w:pStyle w:val="p1"/>
        <w:numPr>
          <w:ilvl w:val="0"/>
          <w:numId w:val="11"/>
        </w:numPr>
      </w:pPr>
      <w:r>
        <w:t>Any grooming or specialised care is not included.</w:t>
      </w:r>
    </w:p>
    <w:p w14:paraId="4F926C03" w14:textId="60EECE9B" w:rsidR="0097568B" w:rsidRDefault="0097568B" w:rsidP="0097568B">
      <w:pPr>
        <w:pStyle w:val="p1"/>
      </w:pPr>
      <w:r>
        <w:t xml:space="preserve">PLEASE NOTE: We are unable to board your pet overnight under any circumstances. Pets must be picked up at the end of the day from the kennels. </w:t>
      </w:r>
    </w:p>
    <w:p w14:paraId="6786A4D4" w14:textId="77777777" w:rsidR="00646E7E" w:rsidRDefault="00585864" w:rsidP="00646E7E">
      <w:pPr>
        <w:rPr>
          <w:rStyle w:val="s1"/>
        </w:rPr>
      </w:pPr>
      <w:r>
        <w:rPr>
          <w:rStyle w:val="s1"/>
          <w:noProof/>
        </w:rPr>
        <w:pict w14:anchorId="227A0CEB">
          <v:rect id="_x0000_i1027" alt="" style="width:431.9pt;height:.05pt;mso-width-percent:0;mso-height-percent:0;mso-width-percent:0;mso-height-percent:0" o:hrpct="957" o:hralign="center" o:hrstd="t" o:hr="t" fillcolor="#a0a0a0" stroked="f"/>
        </w:pict>
      </w:r>
    </w:p>
    <w:p w14:paraId="336E3421" w14:textId="77777777" w:rsidR="00646E7E" w:rsidRDefault="00646E7E" w:rsidP="00646E7E">
      <w:pPr>
        <w:pStyle w:val="Heading2"/>
      </w:pPr>
      <w:r>
        <w:t>3. Health &amp; Vaccination Requirements</w:t>
      </w:r>
    </w:p>
    <w:p w14:paraId="1DF831F7" w14:textId="77777777" w:rsidR="00646E7E" w:rsidRDefault="00646E7E" w:rsidP="00646E7E">
      <w:pPr>
        <w:pStyle w:val="p3"/>
      </w:pPr>
      <w:r>
        <w:t>To ensure the wellbeing of all pets sharing the space, we request that the following vaccinations are current:</w:t>
      </w:r>
    </w:p>
    <w:p w14:paraId="625E4F29" w14:textId="77777777" w:rsidR="00646E7E" w:rsidRDefault="00646E7E" w:rsidP="00646E7E">
      <w:pPr>
        <w:pStyle w:val="p1"/>
        <w:numPr>
          <w:ilvl w:val="0"/>
          <w:numId w:val="12"/>
        </w:numPr>
      </w:pPr>
      <w:r>
        <w:rPr>
          <w:rStyle w:val="s1"/>
          <w:b/>
          <w:bCs/>
        </w:rPr>
        <w:t>Rabies</w:t>
      </w:r>
      <w:r>
        <w:t xml:space="preserve"> (mandatory by law)</w:t>
      </w:r>
    </w:p>
    <w:p w14:paraId="570FB242" w14:textId="77777777" w:rsidR="00646E7E" w:rsidRDefault="00646E7E" w:rsidP="00646E7E">
      <w:pPr>
        <w:pStyle w:val="p1"/>
        <w:numPr>
          <w:ilvl w:val="0"/>
          <w:numId w:val="12"/>
        </w:numPr>
      </w:pPr>
      <w:proofErr w:type="spellStart"/>
      <w:r>
        <w:rPr>
          <w:b/>
          <w:bCs/>
        </w:rPr>
        <w:t>DHPPiL</w:t>
      </w:r>
      <w:proofErr w:type="spellEnd"/>
      <w:r>
        <w:rPr>
          <w:b/>
          <w:bCs/>
        </w:rPr>
        <w:t xml:space="preserve"> / 7-in-1 / 9-in-1</w:t>
      </w:r>
    </w:p>
    <w:p w14:paraId="10366A11" w14:textId="77777777" w:rsidR="00646E7E" w:rsidRDefault="00646E7E" w:rsidP="00646E7E">
      <w:pPr>
        <w:pStyle w:val="p1"/>
        <w:numPr>
          <w:ilvl w:val="0"/>
          <w:numId w:val="12"/>
        </w:numPr>
      </w:pPr>
      <w:r>
        <w:rPr>
          <w:rStyle w:val="s1"/>
          <w:b/>
          <w:bCs/>
        </w:rPr>
        <w:lastRenderedPageBreak/>
        <w:t>Kennel Cough (Bordetella)</w:t>
      </w:r>
      <w:r>
        <w:t xml:space="preserve"> — highly recommended in group settings</w:t>
      </w:r>
    </w:p>
    <w:p w14:paraId="128FCAB9" w14:textId="77777777" w:rsidR="00646E7E" w:rsidRDefault="00646E7E" w:rsidP="00646E7E">
      <w:pPr>
        <w:pStyle w:val="p2"/>
      </w:pPr>
    </w:p>
    <w:p w14:paraId="3160C5B1" w14:textId="77777777" w:rsidR="00646E7E" w:rsidRDefault="00646E7E" w:rsidP="00646E7E">
      <w:pPr>
        <w:pStyle w:val="p3"/>
      </w:pPr>
      <w:r>
        <w:t>We also request that:</w:t>
      </w:r>
    </w:p>
    <w:p w14:paraId="688CF0C3" w14:textId="7C9C8C8B" w:rsidR="00646E7E" w:rsidRDefault="00646E7E" w:rsidP="00646E7E">
      <w:pPr>
        <w:pStyle w:val="p1"/>
        <w:numPr>
          <w:ilvl w:val="0"/>
          <w:numId w:val="13"/>
        </w:numPr>
      </w:pPr>
      <w:r>
        <w:t xml:space="preserve">Your pet is </w:t>
      </w:r>
      <w:r>
        <w:rPr>
          <w:rStyle w:val="s1"/>
          <w:b/>
          <w:bCs/>
        </w:rPr>
        <w:t>spayed or neutered</w:t>
      </w:r>
      <w:r>
        <w:t>, since the GSIS dogs may not all be neutered yet.</w:t>
      </w:r>
    </w:p>
    <w:p w14:paraId="01FD6467" w14:textId="77777777" w:rsidR="00646E7E" w:rsidRDefault="00646E7E" w:rsidP="00646E7E">
      <w:pPr>
        <w:pStyle w:val="p1"/>
        <w:numPr>
          <w:ilvl w:val="0"/>
          <w:numId w:val="13"/>
        </w:numPr>
      </w:pPr>
      <w:r>
        <w:t>Your pet is free from ticks, fleas, and other parasites.</w:t>
      </w:r>
    </w:p>
    <w:p w14:paraId="710164AF" w14:textId="77777777" w:rsidR="00646E7E" w:rsidRDefault="00646E7E" w:rsidP="00646E7E">
      <w:pPr>
        <w:pStyle w:val="p1"/>
        <w:numPr>
          <w:ilvl w:val="0"/>
          <w:numId w:val="13"/>
        </w:numPr>
      </w:pPr>
      <w:r>
        <w:t>A copy of the latest vaccination record is shared before boarding.</w:t>
      </w:r>
    </w:p>
    <w:p w14:paraId="25C68B40" w14:textId="77777777" w:rsidR="00646E7E" w:rsidRDefault="00646E7E" w:rsidP="00646E7E">
      <w:pPr>
        <w:pStyle w:val="p3"/>
      </w:pPr>
      <w:r>
        <w:t>These are simply precautionary measures to keep all our animals safe.</w:t>
      </w:r>
    </w:p>
    <w:p w14:paraId="4CD8CD19" w14:textId="77777777" w:rsidR="00646E7E" w:rsidRDefault="00585864" w:rsidP="00646E7E">
      <w:pPr>
        <w:rPr>
          <w:rStyle w:val="s1"/>
        </w:rPr>
      </w:pPr>
      <w:r>
        <w:rPr>
          <w:rStyle w:val="s1"/>
          <w:noProof/>
        </w:rPr>
        <w:pict w14:anchorId="758A04BF">
          <v:rect id="_x0000_i1028" alt="" style="width:431.9pt;height:.05pt;mso-width-percent:0;mso-height-percent:0;mso-width-percent:0;mso-height-percent:0" o:hrpct="957" o:hralign="center" o:hrstd="t" o:hr="t" fillcolor="#a0a0a0" stroked="f"/>
        </w:pict>
      </w:r>
    </w:p>
    <w:p w14:paraId="3441106C" w14:textId="77777777" w:rsidR="00646E7E" w:rsidRDefault="00646E7E" w:rsidP="00646E7E">
      <w:pPr>
        <w:pStyle w:val="Heading2"/>
      </w:pPr>
      <w:r>
        <w:t xml:space="preserve">4. Temperament &amp; </w:t>
      </w:r>
      <w:proofErr w:type="spellStart"/>
      <w:r>
        <w:t>Behaviour</w:t>
      </w:r>
      <w:proofErr w:type="spellEnd"/>
    </w:p>
    <w:p w14:paraId="44BA955C" w14:textId="77777777" w:rsidR="00646E7E" w:rsidRDefault="00646E7E" w:rsidP="00646E7E">
      <w:pPr>
        <w:pStyle w:val="p3"/>
      </w:pPr>
      <w:r>
        <w:t>To make the kennel a comfortable place for everyone:</w:t>
      </w:r>
    </w:p>
    <w:p w14:paraId="4500B127" w14:textId="77777777" w:rsidR="00646E7E" w:rsidRDefault="00646E7E" w:rsidP="00646E7E">
      <w:pPr>
        <w:pStyle w:val="p1"/>
        <w:numPr>
          <w:ilvl w:val="0"/>
          <w:numId w:val="14"/>
        </w:numPr>
      </w:pPr>
      <w:r>
        <w:t xml:space="preserve">Pets should be </w:t>
      </w:r>
      <w:r>
        <w:rPr>
          <w:rStyle w:val="s1"/>
          <w:b/>
          <w:bCs/>
        </w:rPr>
        <w:t>friendly and manageable</w:t>
      </w:r>
      <w:r>
        <w:t xml:space="preserve"> around other animals and people.</w:t>
      </w:r>
    </w:p>
    <w:p w14:paraId="469910FD" w14:textId="77777777" w:rsidR="00646E7E" w:rsidRDefault="00646E7E" w:rsidP="00646E7E">
      <w:pPr>
        <w:pStyle w:val="p1"/>
        <w:numPr>
          <w:ilvl w:val="0"/>
          <w:numId w:val="14"/>
        </w:numPr>
      </w:pPr>
      <w:r>
        <w:t>If your pet is anxious or uncomfortable around other dogs, please let us know so we can determine if this environment will work for them.</w:t>
      </w:r>
    </w:p>
    <w:p w14:paraId="66BA8534" w14:textId="77777777" w:rsidR="00646E7E" w:rsidRDefault="00646E7E" w:rsidP="00646E7E">
      <w:pPr>
        <w:pStyle w:val="p3"/>
      </w:pPr>
      <w:r>
        <w:t>We will always try our best to accommodate, but if a pet is consistently stressed or reactive, the kennel may not be the right fit.</w:t>
      </w:r>
    </w:p>
    <w:p w14:paraId="1C94F761" w14:textId="77777777" w:rsidR="00646E7E" w:rsidRDefault="00585864" w:rsidP="00646E7E">
      <w:pPr>
        <w:rPr>
          <w:rStyle w:val="s1"/>
        </w:rPr>
      </w:pPr>
      <w:r>
        <w:rPr>
          <w:rStyle w:val="s1"/>
          <w:noProof/>
        </w:rPr>
        <w:pict w14:anchorId="7B22B5D2">
          <v:rect id="_x0000_i1029" alt="" style="width:431.9pt;height:.05pt;mso-width-percent:0;mso-height-percent:0;mso-width-percent:0;mso-height-percent:0" o:hrpct="957" o:hralign="center" o:hrstd="t" o:hr="t" fillcolor="#a0a0a0" stroked="f"/>
        </w:pict>
      </w:r>
    </w:p>
    <w:p w14:paraId="1AB509B3" w14:textId="038DD684" w:rsidR="00646E7E" w:rsidRDefault="00646E7E" w:rsidP="00646E7E">
      <w:pPr>
        <w:pStyle w:val="Heading2"/>
      </w:pPr>
      <w:r>
        <w:t xml:space="preserve">5. Interaction </w:t>
      </w:r>
      <w:proofErr w:type="gramStart"/>
      <w:r>
        <w:t>With</w:t>
      </w:r>
      <w:proofErr w:type="gramEnd"/>
      <w:r>
        <w:t xml:space="preserve"> Students</w:t>
      </w:r>
      <w:r>
        <w:br/>
      </w:r>
    </w:p>
    <w:p w14:paraId="2E41CE5A" w14:textId="43B756D7" w:rsidR="00646E7E" w:rsidRDefault="00646E7E" w:rsidP="00646E7E">
      <w:pPr>
        <w:pBdr>
          <w:bottom w:val="single" w:sz="6" w:space="1" w:color="auto"/>
        </w:pBdr>
      </w:pPr>
      <w:r>
        <w:t xml:space="preserve">• Students of GSIS regularly visit the kennels under supervision.  </w:t>
      </w:r>
      <w:r>
        <w:br/>
        <w:t xml:space="preserve">• If the pet cannot safely be around children, the owner must declare this.  </w:t>
      </w:r>
      <w:r>
        <w:br/>
        <w:t xml:space="preserve">• Such pets will remain inside their kennel when students visit. </w:t>
      </w:r>
    </w:p>
    <w:p w14:paraId="13C46E5D" w14:textId="77777777" w:rsidR="00646E7E" w:rsidRDefault="00646E7E" w:rsidP="00646E7E">
      <w:pPr>
        <w:pBdr>
          <w:bottom w:val="single" w:sz="6" w:space="1" w:color="auto"/>
        </w:pBdr>
      </w:pPr>
    </w:p>
    <w:p w14:paraId="19E315C3" w14:textId="30FD3E2B" w:rsidR="00646E7E" w:rsidRDefault="00646E7E" w:rsidP="00646E7E">
      <w:pPr>
        <w:pStyle w:val="Heading2"/>
      </w:pPr>
      <w:r>
        <w:t>6. How We Care for Your Pet</w:t>
      </w:r>
    </w:p>
    <w:p w14:paraId="5AC004B6" w14:textId="77777777" w:rsidR="00646E7E" w:rsidRDefault="00646E7E" w:rsidP="00646E7E">
      <w:pPr>
        <w:pStyle w:val="p3"/>
      </w:pPr>
      <w:r>
        <w:t>Our team will:</w:t>
      </w:r>
    </w:p>
    <w:p w14:paraId="1381AB7D" w14:textId="77777777" w:rsidR="00646E7E" w:rsidRDefault="00646E7E" w:rsidP="00646E7E">
      <w:pPr>
        <w:pStyle w:val="p1"/>
        <w:numPr>
          <w:ilvl w:val="0"/>
          <w:numId w:val="15"/>
        </w:numPr>
      </w:pPr>
      <w:r>
        <w:t>Provide a clean, safe space</w:t>
      </w:r>
    </w:p>
    <w:p w14:paraId="709C8711" w14:textId="1478BC22" w:rsidR="00646E7E" w:rsidRDefault="00646E7E" w:rsidP="00646E7E">
      <w:pPr>
        <w:pStyle w:val="p1"/>
        <w:numPr>
          <w:ilvl w:val="0"/>
          <w:numId w:val="15"/>
        </w:numPr>
      </w:pPr>
      <w:r>
        <w:t xml:space="preserve">Monitor pets during the day, which includes plenty of playtime </w:t>
      </w:r>
    </w:p>
    <w:p w14:paraId="3FF67AE8" w14:textId="35C4BD1A" w:rsidR="00646E7E" w:rsidRDefault="00646E7E" w:rsidP="00646E7E">
      <w:pPr>
        <w:pStyle w:val="p1"/>
        <w:numPr>
          <w:ilvl w:val="0"/>
          <w:numId w:val="15"/>
        </w:numPr>
      </w:pPr>
      <w:r>
        <w:t>Ensure they have water and are fed as instructed by you – please provide us with labelled food for your pet, along with instructions about feeding times.</w:t>
      </w:r>
    </w:p>
    <w:p w14:paraId="6DD5E720" w14:textId="77777777" w:rsidR="00646E7E" w:rsidRDefault="00646E7E" w:rsidP="00646E7E">
      <w:pPr>
        <w:pStyle w:val="p1"/>
        <w:numPr>
          <w:ilvl w:val="0"/>
          <w:numId w:val="15"/>
        </w:numPr>
      </w:pPr>
      <w:r>
        <w:t>Contact you immediately if we notice anything concerning</w:t>
      </w:r>
    </w:p>
    <w:p w14:paraId="16345556" w14:textId="77777777" w:rsidR="00646E7E" w:rsidRDefault="00646E7E" w:rsidP="00646E7E">
      <w:pPr>
        <w:pStyle w:val="p3"/>
      </w:pPr>
      <w:r>
        <w:t>We care deeply about the wellbeing of every animal in our kennel.</w:t>
      </w:r>
    </w:p>
    <w:p w14:paraId="70BA8BDF" w14:textId="77777777" w:rsidR="00646E7E" w:rsidRDefault="00585864" w:rsidP="00646E7E">
      <w:pPr>
        <w:rPr>
          <w:rStyle w:val="s1"/>
        </w:rPr>
      </w:pPr>
      <w:r>
        <w:rPr>
          <w:rStyle w:val="s1"/>
          <w:noProof/>
        </w:rPr>
        <w:lastRenderedPageBreak/>
        <w:pict w14:anchorId="44BFED64">
          <v:rect id="_x0000_i1030" alt="" style="width:431.9pt;height:.05pt;mso-width-percent:0;mso-height-percent:0;mso-width-percent:0;mso-height-percent:0" o:hrpct="957" o:hralign="center" o:hrstd="t" o:hr="t" fillcolor="#a0a0a0" stroked="f"/>
        </w:pict>
      </w:r>
    </w:p>
    <w:p w14:paraId="3F94DCBA" w14:textId="77777777" w:rsidR="00646E7E" w:rsidRDefault="00646E7E" w:rsidP="00646E7E">
      <w:pPr>
        <w:pStyle w:val="Heading2"/>
      </w:pPr>
      <w:r>
        <w:t>6. Medical Care</w:t>
      </w:r>
    </w:p>
    <w:p w14:paraId="4CE4A901" w14:textId="7328E8C2" w:rsidR="00646E7E" w:rsidRDefault="00646E7E" w:rsidP="00646E7E">
      <w:pPr>
        <w:pStyle w:val="p1"/>
        <w:numPr>
          <w:ilvl w:val="0"/>
          <w:numId w:val="16"/>
        </w:numPr>
      </w:pPr>
      <w:r>
        <w:t>Any medical treatment or vaccination must be done at your cost and by the vet of your choosing, outside of our kennels.</w:t>
      </w:r>
    </w:p>
    <w:p w14:paraId="7B34789B" w14:textId="6819EA25" w:rsidR="00646E7E" w:rsidRDefault="00646E7E" w:rsidP="00646E7E">
      <w:pPr>
        <w:pStyle w:val="p1"/>
        <w:numPr>
          <w:ilvl w:val="0"/>
          <w:numId w:val="16"/>
        </w:numPr>
      </w:pPr>
      <w:r>
        <w:t>If any emergency or prior approved medical treatment is done for your pet at our kennels, such medical expenses will be charged separately.</w:t>
      </w:r>
    </w:p>
    <w:p w14:paraId="2703CC12" w14:textId="77777777" w:rsidR="00646E7E" w:rsidRDefault="00646E7E" w:rsidP="00646E7E">
      <w:pPr>
        <w:pStyle w:val="p1"/>
        <w:numPr>
          <w:ilvl w:val="0"/>
          <w:numId w:val="16"/>
        </w:numPr>
      </w:pPr>
      <w:r>
        <w:t>In an emergency, if you cannot be reached, we may take your pet to a veterinarian for urgent care.</w:t>
      </w:r>
    </w:p>
    <w:p w14:paraId="57B88875" w14:textId="77777777" w:rsidR="00646E7E" w:rsidRDefault="00585864" w:rsidP="00646E7E">
      <w:pPr>
        <w:rPr>
          <w:rStyle w:val="s1"/>
        </w:rPr>
      </w:pPr>
      <w:r>
        <w:rPr>
          <w:rStyle w:val="s1"/>
          <w:noProof/>
        </w:rPr>
        <w:pict w14:anchorId="3BFE7DA9">
          <v:rect id="_x0000_i1031" alt="" style="width:431.9pt;height:.05pt;mso-width-percent:0;mso-height-percent:0;mso-width-percent:0;mso-height-percent:0" o:hrpct="957" o:hralign="center" o:hrstd="t" o:hr="t" fillcolor="#a0a0a0" stroked="f"/>
        </w:pict>
      </w:r>
    </w:p>
    <w:p w14:paraId="5D57DA00" w14:textId="77777777" w:rsidR="00646E7E" w:rsidRDefault="00646E7E" w:rsidP="00646E7E">
      <w:pPr>
        <w:pStyle w:val="Heading2"/>
      </w:pPr>
      <w:r>
        <w:t>7. Responsibility &amp; Limitations</w:t>
      </w:r>
    </w:p>
    <w:p w14:paraId="2749D71E" w14:textId="77777777" w:rsidR="00646E7E" w:rsidRDefault="00646E7E" w:rsidP="00646E7E">
      <w:pPr>
        <w:pStyle w:val="p3"/>
      </w:pPr>
      <w:r>
        <w:t>We will take every reasonable step to keep all pets safe.</w:t>
      </w:r>
    </w:p>
    <w:p w14:paraId="56CE69B2" w14:textId="77777777" w:rsidR="00646E7E" w:rsidRDefault="00646E7E" w:rsidP="00646E7E">
      <w:pPr>
        <w:pStyle w:val="p3"/>
      </w:pPr>
      <w:r>
        <w:t>However, because animals can behave unpredictably, we ask owners to acknowledge that:</w:t>
      </w:r>
    </w:p>
    <w:p w14:paraId="47B9BCA9" w14:textId="77777777" w:rsidR="00646E7E" w:rsidRDefault="00646E7E" w:rsidP="00646E7E">
      <w:pPr>
        <w:pStyle w:val="p1"/>
        <w:numPr>
          <w:ilvl w:val="0"/>
          <w:numId w:val="17"/>
        </w:numPr>
      </w:pPr>
      <w:r>
        <w:t xml:space="preserve">The pet remains under the </w:t>
      </w:r>
      <w:r>
        <w:rPr>
          <w:rStyle w:val="s1"/>
          <w:b/>
          <w:bCs/>
        </w:rPr>
        <w:t>owner’s responsibility</w:t>
      </w:r>
      <w:r>
        <w:t>.</w:t>
      </w:r>
    </w:p>
    <w:p w14:paraId="3B8787EC" w14:textId="6D0C215E" w:rsidR="00646E7E" w:rsidRDefault="00646E7E" w:rsidP="00646E7E">
      <w:pPr>
        <w:pStyle w:val="p1"/>
        <w:numPr>
          <w:ilvl w:val="0"/>
          <w:numId w:val="17"/>
        </w:numPr>
      </w:pPr>
      <w:r>
        <w:t>GSIS cannot be held liable for unexpected incidents such as illness, minor injuries, or unforeseen incidents due to interactions between animals.</w:t>
      </w:r>
    </w:p>
    <w:p w14:paraId="0568F1F0" w14:textId="76C40AEA" w:rsidR="00DE4CAE" w:rsidRDefault="00DE4CAE" w:rsidP="00DE4CAE">
      <w:pPr>
        <w:pStyle w:val="p1"/>
      </w:pPr>
    </w:p>
    <w:p w14:paraId="59E3BCCD" w14:textId="10CEDFD0" w:rsidR="00DE4CAE" w:rsidRDefault="00DE4CAE" w:rsidP="00DE4CAE">
      <w:pPr>
        <w:pStyle w:val="p1"/>
      </w:pPr>
    </w:p>
    <w:p w14:paraId="6B6CF225" w14:textId="4D926F80" w:rsidR="00DE4CAE" w:rsidRDefault="00DE4CAE" w:rsidP="00DE4CAE">
      <w:pPr>
        <w:pStyle w:val="p1"/>
      </w:pPr>
    </w:p>
    <w:p w14:paraId="05CC574C" w14:textId="0B3DB144" w:rsidR="00DE4CAE" w:rsidRDefault="00DE4CAE" w:rsidP="00DE4CAE">
      <w:pPr>
        <w:pStyle w:val="p1"/>
      </w:pPr>
    </w:p>
    <w:p w14:paraId="58C62916" w14:textId="4523115A" w:rsidR="00DE4CAE" w:rsidRDefault="00DE4CAE" w:rsidP="00DE4CAE">
      <w:pPr>
        <w:pStyle w:val="p1"/>
      </w:pPr>
    </w:p>
    <w:p w14:paraId="6D5D73CC" w14:textId="35304B9A" w:rsidR="00DE4CAE" w:rsidRDefault="00DE4CAE" w:rsidP="00DE4CAE">
      <w:pPr>
        <w:pStyle w:val="p1"/>
      </w:pPr>
    </w:p>
    <w:p w14:paraId="18D11B67" w14:textId="29150AB2" w:rsidR="00DE4CAE" w:rsidRDefault="00DE4CAE" w:rsidP="00DE4CAE">
      <w:pPr>
        <w:pStyle w:val="p1"/>
      </w:pPr>
    </w:p>
    <w:p w14:paraId="2748250F" w14:textId="15C2747D" w:rsidR="00DE4CAE" w:rsidRDefault="00DE4CAE" w:rsidP="00DE4CAE">
      <w:pPr>
        <w:pStyle w:val="p1"/>
      </w:pPr>
    </w:p>
    <w:p w14:paraId="5FFB9030" w14:textId="50D764CB" w:rsidR="00DE4CAE" w:rsidRDefault="00DE4CAE" w:rsidP="00DE4CAE">
      <w:pPr>
        <w:pStyle w:val="p1"/>
      </w:pPr>
    </w:p>
    <w:p w14:paraId="7242940A" w14:textId="7F362ABB" w:rsidR="00DE4CAE" w:rsidRDefault="00DE4CAE" w:rsidP="00DE4CAE">
      <w:pPr>
        <w:pStyle w:val="p1"/>
      </w:pPr>
    </w:p>
    <w:p w14:paraId="57C3AAB9" w14:textId="77777777" w:rsidR="00DE4CAE" w:rsidRDefault="00DE4CAE" w:rsidP="00DE4CAE">
      <w:pPr>
        <w:pStyle w:val="p1"/>
      </w:pPr>
    </w:p>
    <w:p w14:paraId="68ADD83F" w14:textId="77777777" w:rsidR="00DE4CAE" w:rsidRDefault="00DE4CAE" w:rsidP="00DE4CAE">
      <w:pPr>
        <w:pStyle w:val="Heading1"/>
      </w:pPr>
      <w:r w:rsidRPr="00DE4CAE">
        <w:lastRenderedPageBreak/>
        <w:t>GSIS Day-Boarding Kennel Registration Form</w:t>
      </w:r>
    </w:p>
    <w:p w14:paraId="704DD9F3" w14:textId="77777777" w:rsidR="00DE4CAE" w:rsidRDefault="00DE4CAE" w:rsidP="00DE4CAE"/>
    <w:p w14:paraId="75AF4326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>Staff Name: ________________________Designation: ______________________________</w:t>
      </w:r>
    </w:p>
    <w:p w14:paraId="5FAFFD04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>Accommodation No.: ________________________Phone Number: __________________________________________</w:t>
      </w:r>
    </w:p>
    <w:p w14:paraId="7D8A7829" w14:textId="77777777" w:rsidR="00DE4CAE" w:rsidRDefault="00DE4CAE" w:rsidP="00DE4CAE">
      <w:pPr>
        <w:pStyle w:val="Heading2"/>
        <w:spacing w:line="360" w:lineRule="auto"/>
      </w:pPr>
      <w:r>
        <w:rPr>
          <w:rFonts w:ascii="Calibri" w:hAnsi="Calibri" w:cs="Calibri"/>
          <w:color w:val="000000"/>
        </w:rPr>
        <w:t>Pet Details</w:t>
      </w:r>
    </w:p>
    <w:p w14:paraId="4430CACF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br/>
        <w:t>Pet Name: _____________________________________________</w:t>
      </w:r>
    </w:p>
    <w:p w14:paraId="1EE1423D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>Breed/Species: _________________________________________</w:t>
      </w:r>
    </w:p>
    <w:p w14:paraId="42B6EC3C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>Age: _______________   Gender: _________________________</w:t>
      </w:r>
    </w:p>
    <w:p w14:paraId="7E919DF9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>Neutered/Spayed (Yes/No): ______________________________</w:t>
      </w:r>
    </w:p>
    <w:p w14:paraId="3366540A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>Identifying Marks: _____________________________________</w:t>
      </w:r>
    </w:p>
    <w:p w14:paraId="77B2E3C3" w14:textId="77777777" w:rsidR="00DE4CAE" w:rsidRDefault="00DE4CAE" w:rsidP="00DE4CAE">
      <w:pPr>
        <w:pStyle w:val="Heading2"/>
        <w:spacing w:line="360" w:lineRule="auto"/>
      </w:pPr>
      <w:r>
        <w:rPr>
          <w:rFonts w:ascii="Calibri" w:hAnsi="Calibri" w:cs="Calibri"/>
          <w:color w:val="000000"/>
        </w:rPr>
        <w:t>Vaccination Details (Attach Copies)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color w:val="000000"/>
        </w:rPr>
        <w:br/>
      </w:r>
    </w:p>
    <w:p w14:paraId="24D8B1C4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>• Rabies – Date: ____________________</w:t>
      </w:r>
    </w:p>
    <w:p w14:paraId="282884D8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 xml:space="preserve">• </w:t>
      </w:r>
      <w:proofErr w:type="spellStart"/>
      <w:r>
        <w:rPr>
          <w:rFonts w:ascii="Cambria" w:hAnsi="Cambria"/>
          <w:color w:val="000000"/>
          <w:sz w:val="22"/>
          <w:szCs w:val="22"/>
        </w:rPr>
        <w:t>DHPPiL</w:t>
      </w:r>
      <w:proofErr w:type="spellEnd"/>
      <w:r>
        <w:rPr>
          <w:rFonts w:ascii="Cambria" w:hAnsi="Cambria"/>
          <w:color w:val="000000"/>
          <w:sz w:val="22"/>
          <w:szCs w:val="22"/>
        </w:rPr>
        <w:t xml:space="preserve"> / 7</w:t>
      </w:r>
      <w:r>
        <w:rPr>
          <w:rFonts w:ascii="Cambria" w:hAnsi="Cambria"/>
          <w:color w:val="000000"/>
          <w:sz w:val="22"/>
          <w:szCs w:val="22"/>
        </w:rPr>
        <w:noBreakHyphen/>
        <w:t>in</w:t>
      </w:r>
      <w:r>
        <w:rPr>
          <w:rFonts w:ascii="Cambria" w:hAnsi="Cambria"/>
          <w:color w:val="000000"/>
          <w:sz w:val="22"/>
          <w:szCs w:val="22"/>
        </w:rPr>
        <w:noBreakHyphen/>
        <w:t>1 / 9</w:t>
      </w:r>
      <w:r>
        <w:rPr>
          <w:rFonts w:ascii="Cambria" w:hAnsi="Cambria"/>
          <w:color w:val="000000"/>
          <w:sz w:val="22"/>
          <w:szCs w:val="22"/>
        </w:rPr>
        <w:noBreakHyphen/>
        <w:t>in</w:t>
      </w:r>
      <w:r>
        <w:rPr>
          <w:rFonts w:ascii="Cambria" w:hAnsi="Cambria"/>
          <w:color w:val="000000"/>
          <w:sz w:val="22"/>
          <w:szCs w:val="22"/>
        </w:rPr>
        <w:noBreakHyphen/>
        <w:t>1 – Date: ____________________</w:t>
      </w:r>
    </w:p>
    <w:p w14:paraId="357D27BD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>• Kennel Cough (Bordetella) – Date: ____________________</w:t>
      </w:r>
    </w:p>
    <w:p w14:paraId="1D6A4C43" w14:textId="77777777" w:rsidR="00DE4CAE" w:rsidRDefault="00DE4CAE" w:rsidP="00DE4CAE">
      <w:pPr>
        <w:pStyle w:val="Heading2"/>
        <w:spacing w:line="360" w:lineRule="auto"/>
      </w:pPr>
      <w:r>
        <w:rPr>
          <w:rFonts w:ascii="Calibri" w:hAnsi="Calibri" w:cs="Calibri"/>
          <w:color w:val="000000"/>
        </w:rPr>
        <w:t>Feeding Instructions</w:t>
      </w:r>
    </w:p>
    <w:p w14:paraId="11FC6E93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br/>
        <w:t>Type of Food: __________________________________________</w:t>
      </w:r>
    </w:p>
    <w:p w14:paraId="1C2AB4C7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>Quantity &amp; Frequency: ___________________________________</w:t>
      </w:r>
    </w:p>
    <w:p w14:paraId="2D65F2B0" w14:textId="77777777" w:rsidR="00DE4CAE" w:rsidRDefault="00DE4CAE" w:rsidP="00DE4CAE">
      <w:pPr>
        <w:pStyle w:val="Heading2"/>
        <w:spacing w:line="360" w:lineRule="auto"/>
      </w:pPr>
      <w:r>
        <w:rPr>
          <w:rFonts w:ascii="Calibri" w:hAnsi="Calibri" w:cs="Calibri"/>
          <w:color w:val="000000"/>
        </w:rPr>
        <w:t>Temperament &amp; Social Behavior</w:t>
      </w:r>
    </w:p>
    <w:p w14:paraId="3B1C0CD9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 xml:space="preserve">Is your dog friendly and safe to be socialized around GSIS students?  </w:t>
      </w:r>
      <w:r>
        <w:rPr>
          <w:rFonts w:ascii="Cambria" w:hAnsi="Cambria"/>
          <w:color w:val="000000"/>
          <w:sz w:val="22"/>
          <w:szCs w:val="22"/>
        </w:rPr>
        <w:br/>
        <w:t xml:space="preserve">□ Yes  </w:t>
      </w:r>
      <w:r>
        <w:rPr>
          <w:rFonts w:ascii="Cambria" w:hAnsi="Cambria"/>
          <w:color w:val="000000"/>
          <w:sz w:val="22"/>
          <w:szCs w:val="22"/>
        </w:rPr>
        <w:br/>
      </w:r>
      <w:r>
        <w:rPr>
          <w:rFonts w:ascii="Cambria" w:hAnsi="Cambria"/>
          <w:color w:val="000000"/>
          <w:sz w:val="22"/>
          <w:szCs w:val="22"/>
        </w:rPr>
        <w:lastRenderedPageBreak/>
        <w:t xml:space="preserve">□ No  </w:t>
      </w:r>
      <w:r>
        <w:rPr>
          <w:rFonts w:ascii="Cambria" w:hAnsi="Cambria"/>
          <w:color w:val="000000"/>
          <w:sz w:val="22"/>
          <w:szCs w:val="22"/>
        </w:rPr>
        <w:br/>
        <w:t>If ‘No’, I understand that my dog will be kept inside the kennel during student vis</w:t>
      </w:r>
    </w:p>
    <w:p w14:paraId="3E25C28A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 xml:space="preserve">Is your dog friendly and safe to be socialized around other dogs?  </w:t>
      </w:r>
      <w:r>
        <w:rPr>
          <w:rFonts w:ascii="Cambria" w:hAnsi="Cambria"/>
          <w:color w:val="000000"/>
          <w:sz w:val="22"/>
          <w:szCs w:val="22"/>
        </w:rPr>
        <w:br/>
      </w:r>
      <w:r>
        <w:rPr>
          <w:color w:val="000000"/>
          <w:sz w:val="22"/>
          <w:szCs w:val="22"/>
        </w:rPr>
        <w:t>□</w:t>
      </w:r>
      <w:r>
        <w:rPr>
          <w:rFonts w:ascii="Cambria" w:hAnsi="Cambria"/>
          <w:color w:val="000000"/>
          <w:sz w:val="22"/>
          <w:szCs w:val="22"/>
        </w:rPr>
        <w:t xml:space="preserve"> Yes  </w:t>
      </w:r>
      <w:r>
        <w:rPr>
          <w:rFonts w:ascii="Cambria" w:hAnsi="Cambria"/>
          <w:color w:val="000000"/>
          <w:sz w:val="22"/>
          <w:szCs w:val="22"/>
        </w:rPr>
        <w:br/>
      </w:r>
      <w:r>
        <w:rPr>
          <w:color w:val="000000"/>
          <w:sz w:val="22"/>
          <w:szCs w:val="22"/>
        </w:rPr>
        <w:t>□</w:t>
      </w:r>
      <w:r>
        <w:rPr>
          <w:rFonts w:ascii="Cambria" w:hAnsi="Cambria"/>
          <w:color w:val="000000"/>
          <w:sz w:val="22"/>
          <w:szCs w:val="22"/>
        </w:rPr>
        <w:t xml:space="preserve"> No  </w:t>
      </w:r>
    </w:p>
    <w:p w14:paraId="49A4FC94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 xml:space="preserve">Are there any </w:t>
      </w:r>
      <w:proofErr w:type="spellStart"/>
      <w:r>
        <w:rPr>
          <w:rFonts w:ascii="Cambria" w:hAnsi="Cambria"/>
          <w:color w:val="000000"/>
          <w:sz w:val="22"/>
          <w:szCs w:val="22"/>
        </w:rPr>
        <w:t>behavioral</w:t>
      </w:r>
      <w:proofErr w:type="spellEnd"/>
      <w:r>
        <w:rPr>
          <w:rFonts w:ascii="Cambria" w:hAnsi="Cambria"/>
          <w:color w:val="000000"/>
          <w:sz w:val="22"/>
          <w:szCs w:val="22"/>
        </w:rPr>
        <w:t xml:space="preserve"> or other concerns you would like to share with us about your dog? Please add any details about your dog that we should know.</w:t>
      </w:r>
      <w:r>
        <w:rPr>
          <w:rFonts w:ascii="Cambria" w:hAnsi="Cambria"/>
          <w:color w:val="000000"/>
          <w:sz w:val="22"/>
          <w:szCs w:val="22"/>
        </w:rPr>
        <w:br/>
      </w:r>
      <w:r>
        <w:rPr>
          <w:rFonts w:ascii="Cambria" w:hAnsi="Cambria"/>
          <w:color w:val="000000"/>
          <w:sz w:val="22"/>
          <w:szCs w:val="22"/>
        </w:rPr>
        <w:br/>
      </w:r>
    </w:p>
    <w:p w14:paraId="597A8870" w14:textId="5152080B" w:rsidR="00DE4CAE" w:rsidRDefault="00DE4CAE" w:rsidP="00DE4CAE">
      <w:pPr>
        <w:pStyle w:val="NormalWeb"/>
        <w:pBdr>
          <w:top w:val="single" w:sz="12" w:space="1" w:color="000000"/>
          <w:bottom w:val="single" w:sz="12" w:space="1" w:color="000000"/>
        </w:pBdr>
        <w:spacing w:before="0" w:beforeAutospacing="0" w:after="200" w:afterAutospacing="0" w:line="360" w:lineRule="auto"/>
      </w:pPr>
    </w:p>
    <w:p w14:paraId="530B5D92" w14:textId="77777777" w:rsidR="00DE4CAE" w:rsidRDefault="00DE4CAE" w:rsidP="00DE4CAE">
      <w:pPr>
        <w:pStyle w:val="NormalWeb"/>
        <w:pBdr>
          <w:top w:val="single" w:sz="12" w:space="1" w:color="000000"/>
          <w:bottom w:val="single" w:sz="12" w:space="1" w:color="000000"/>
        </w:pBdr>
        <w:spacing w:before="0" w:beforeAutospacing="0" w:after="200" w:afterAutospacing="0" w:line="360" w:lineRule="auto"/>
      </w:pPr>
    </w:p>
    <w:p w14:paraId="4CD12640" w14:textId="76118021" w:rsidR="00DE4CAE" w:rsidRDefault="00DE4CAE" w:rsidP="00DE4CAE">
      <w:pPr>
        <w:pStyle w:val="NormalWeb"/>
        <w:pBdr>
          <w:bottom w:val="single" w:sz="12" w:space="1" w:color="000000"/>
        </w:pBdr>
        <w:spacing w:before="0" w:beforeAutospacing="0" w:after="200" w:afterAutospacing="0" w:line="360" w:lineRule="auto"/>
      </w:pPr>
    </w:p>
    <w:p w14:paraId="186D66E1" w14:textId="77777777" w:rsidR="00DE4CAE" w:rsidRDefault="00DE4CAE" w:rsidP="00DE4CAE">
      <w:pPr>
        <w:pStyle w:val="NormalWeb"/>
        <w:pBdr>
          <w:bottom w:val="single" w:sz="12" w:space="1" w:color="000000"/>
        </w:pBdr>
        <w:spacing w:before="0" w:beforeAutospacing="0" w:after="200" w:afterAutospacing="0"/>
      </w:pPr>
    </w:p>
    <w:p w14:paraId="0EB53EDE" w14:textId="4FB4FB3D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br/>
      </w:r>
    </w:p>
    <w:p w14:paraId="5A39876A" w14:textId="77777777" w:rsidR="00DE4CAE" w:rsidRDefault="00DE4CAE" w:rsidP="00DE4CAE">
      <w:pPr>
        <w:pStyle w:val="Heading2"/>
        <w:spacing w:line="360" w:lineRule="auto"/>
      </w:pPr>
      <w:r>
        <w:rPr>
          <w:rFonts w:ascii="Calibri" w:hAnsi="Calibri" w:cs="Calibri"/>
          <w:color w:val="000000"/>
        </w:rPr>
        <w:t>Owner Declaration</w:t>
      </w:r>
    </w:p>
    <w:p w14:paraId="6C0CD342" w14:textId="77777777" w:rsidR="00DE4CAE" w:rsidRDefault="00DE4CAE" w:rsidP="00DE4CAE">
      <w:pPr>
        <w:pStyle w:val="NormalWeb"/>
        <w:spacing w:before="0" w:beforeAutospacing="0" w:after="200" w:afterAutospacing="0" w:line="360" w:lineRule="auto"/>
      </w:pPr>
      <w:r>
        <w:rPr>
          <w:rFonts w:ascii="Cambria" w:hAnsi="Cambria"/>
          <w:color w:val="000000"/>
          <w:sz w:val="22"/>
          <w:szCs w:val="22"/>
        </w:rPr>
        <w:t>I declare that the above information is true and accurate. I understand that GSIS is not liable for illness, injury, or any incident during day</w:t>
      </w:r>
      <w:r>
        <w:rPr>
          <w:rFonts w:ascii="Cambria" w:hAnsi="Cambria"/>
          <w:color w:val="000000"/>
          <w:sz w:val="22"/>
          <w:szCs w:val="22"/>
        </w:rPr>
        <w:noBreakHyphen/>
        <w:t>boarding, and that I remain fully responsible for my pet.</w:t>
      </w:r>
    </w:p>
    <w:p w14:paraId="43117E71" w14:textId="77777777" w:rsidR="00DE4CAE" w:rsidRDefault="00DE4CAE" w:rsidP="00DE4CAE">
      <w:pPr>
        <w:pStyle w:val="NormalWeb"/>
        <w:spacing w:before="0" w:beforeAutospacing="0" w:after="200" w:afterAutospacing="0"/>
      </w:pPr>
      <w:r>
        <w:rPr>
          <w:rFonts w:ascii="Cambria" w:hAnsi="Cambria"/>
          <w:color w:val="000000"/>
          <w:sz w:val="22"/>
          <w:szCs w:val="22"/>
        </w:rPr>
        <w:br/>
        <w:t>Owner Signature: ___________________________    Date: ____________</w:t>
      </w:r>
    </w:p>
    <w:p w14:paraId="112C8B72" w14:textId="77777777" w:rsidR="00DE4CAE" w:rsidRDefault="00DE4CAE" w:rsidP="00DE4CAE"/>
    <w:p w14:paraId="74EE5872" w14:textId="77777777" w:rsidR="00DE4CAE" w:rsidRDefault="00DE4CAE" w:rsidP="00DE4CAE">
      <w:pPr>
        <w:pStyle w:val="NormalWeb"/>
        <w:spacing w:before="0" w:beforeAutospacing="0" w:after="200" w:afterAutospacing="0"/>
      </w:pPr>
      <w:r>
        <w:rPr>
          <w:rFonts w:ascii="Cambria" w:hAnsi="Cambria"/>
          <w:color w:val="000000"/>
          <w:sz w:val="22"/>
          <w:szCs w:val="22"/>
        </w:rPr>
        <w:t>GSIS Representative: ________________________    Date: ____________</w:t>
      </w:r>
    </w:p>
    <w:p w14:paraId="3C1A952C" w14:textId="77777777" w:rsidR="00DE4CAE" w:rsidRDefault="00DE4CAE" w:rsidP="00DE4CAE">
      <w:pPr>
        <w:pStyle w:val="p1"/>
      </w:pPr>
    </w:p>
    <w:p w14:paraId="45954CC4" w14:textId="6D173923" w:rsidR="00D720F7" w:rsidRDefault="00D720F7"/>
    <w:sectPr w:rsidR="00D720F7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8F7C01" w14:textId="77777777" w:rsidR="00585864" w:rsidRDefault="00585864" w:rsidP="00BB367A">
      <w:pPr>
        <w:spacing w:after="0" w:line="240" w:lineRule="auto"/>
      </w:pPr>
      <w:r>
        <w:separator/>
      </w:r>
    </w:p>
  </w:endnote>
  <w:endnote w:type="continuationSeparator" w:id="0">
    <w:p w14:paraId="5F7E6C8D" w14:textId="77777777" w:rsidR="00585864" w:rsidRDefault="00585864" w:rsidP="00BB3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7D09F3" w14:textId="77777777" w:rsidR="00BB367A" w:rsidRDefault="00BB36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5E8FE1" w14:textId="77777777" w:rsidR="00BB367A" w:rsidRDefault="00BB367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7B6DBC" w14:textId="77777777" w:rsidR="00BB367A" w:rsidRDefault="00BB36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A57205" w14:textId="77777777" w:rsidR="00585864" w:rsidRDefault="00585864" w:rsidP="00BB367A">
      <w:pPr>
        <w:spacing w:after="0" w:line="240" w:lineRule="auto"/>
      </w:pPr>
      <w:r>
        <w:separator/>
      </w:r>
    </w:p>
  </w:footnote>
  <w:footnote w:type="continuationSeparator" w:id="0">
    <w:p w14:paraId="5319F584" w14:textId="77777777" w:rsidR="00585864" w:rsidRDefault="00585864" w:rsidP="00BB36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BF1311" w14:textId="5AB79151" w:rsidR="00BB367A" w:rsidRDefault="00BB367A">
    <w:pPr>
      <w:pStyle w:val="Header"/>
    </w:pPr>
    <w:r>
      <w:rPr>
        <w:noProof/>
      </w:rPr>
      <w:pict w14:anchorId="4F4EB8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716516" o:spid="_x0000_s2050" type="#_x0000_t75" style="position:absolute;margin-left:0;margin-top:0;width:6in;height:450.55pt;z-index:-251657216;mso-position-horizontal:center;mso-position-horizontal-relative:margin;mso-position-vertical:center;mso-position-vertical-relative:margin" o:allowincell="f">
          <v:imagedata r:id="rId1" o:title="imageedi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8E5" w14:textId="1A146B4A" w:rsidR="00BB367A" w:rsidRDefault="00BB367A">
    <w:pPr>
      <w:pStyle w:val="Header"/>
    </w:pPr>
    <w:r>
      <w:rPr>
        <w:noProof/>
      </w:rPr>
      <w:pict w14:anchorId="1C64AF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716517" o:spid="_x0000_s2051" type="#_x0000_t75" style="position:absolute;margin-left:0;margin-top:0;width:6in;height:450.55pt;z-index:-251656192;mso-position-horizontal:center;mso-position-horizontal-relative:margin;mso-position-vertical:center;mso-position-vertical-relative:margin" o:allowincell="f">
          <v:imagedata r:id="rId1" o:title="imageedi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E6221B" w14:textId="21971F9A" w:rsidR="00BB367A" w:rsidRDefault="00BB367A">
    <w:pPr>
      <w:pStyle w:val="Header"/>
    </w:pPr>
    <w:r>
      <w:rPr>
        <w:noProof/>
      </w:rPr>
      <w:pict w14:anchorId="3DA414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716515" o:spid="_x0000_s2049" type="#_x0000_t75" style="position:absolute;margin-left:0;margin-top:0;width:6in;height:450.55pt;z-index:-251658240;mso-position-horizontal:center;mso-position-horizontal-relative:margin;mso-position-vertical:center;mso-position-vertical-relative:margin" o:allowincell="f">
          <v:imagedata r:id="rId1" o:title="imageedi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06B0C56"/>
    <w:multiLevelType w:val="multilevel"/>
    <w:tmpl w:val="BC28D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FB3868"/>
    <w:multiLevelType w:val="multilevel"/>
    <w:tmpl w:val="3CD65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1F3512"/>
    <w:multiLevelType w:val="multilevel"/>
    <w:tmpl w:val="6C8A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400193A"/>
    <w:multiLevelType w:val="multilevel"/>
    <w:tmpl w:val="E872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834681F"/>
    <w:multiLevelType w:val="multilevel"/>
    <w:tmpl w:val="9768F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DA10CE"/>
    <w:multiLevelType w:val="multilevel"/>
    <w:tmpl w:val="C750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7A2C0D"/>
    <w:multiLevelType w:val="multilevel"/>
    <w:tmpl w:val="60784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694288"/>
    <w:multiLevelType w:val="multilevel"/>
    <w:tmpl w:val="294ED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13"/>
  </w:num>
  <w:num w:numId="12">
    <w:abstractNumId w:val="10"/>
  </w:num>
  <w:num w:numId="13">
    <w:abstractNumId w:val="9"/>
  </w:num>
  <w:num w:numId="14">
    <w:abstractNumId w:val="12"/>
  </w:num>
  <w:num w:numId="15">
    <w:abstractNumId w:val="15"/>
  </w:num>
  <w:num w:numId="16">
    <w:abstractNumId w:val="14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85864"/>
    <w:rsid w:val="0059070C"/>
    <w:rsid w:val="005F6721"/>
    <w:rsid w:val="00646E7E"/>
    <w:rsid w:val="0097568B"/>
    <w:rsid w:val="00AA1D8D"/>
    <w:rsid w:val="00B47730"/>
    <w:rsid w:val="00BB367A"/>
    <w:rsid w:val="00CB0664"/>
    <w:rsid w:val="00D720F7"/>
    <w:rsid w:val="00DE4CA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3BE02481"/>
  <w14:defaultImageDpi w14:val="300"/>
  <w15:docId w15:val="{B669A834-DDFF-034B-8825-643CC7AA9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46E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6E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6E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6E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6E7E"/>
    <w:rPr>
      <w:b/>
      <w:bCs/>
      <w:sz w:val="20"/>
      <w:szCs w:val="20"/>
    </w:rPr>
  </w:style>
  <w:style w:type="paragraph" w:customStyle="1" w:styleId="p1">
    <w:name w:val="p1"/>
    <w:basedOn w:val="Normal"/>
    <w:rsid w:val="00646E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customStyle="1" w:styleId="s1">
    <w:name w:val="s1"/>
    <w:basedOn w:val="DefaultParagraphFont"/>
    <w:rsid w:val="00646E7E"/>
  </w:style>
  <w:style w:type="paragraph" w:customStyle="1" w:styleId="p2">
    <w:name w:val="p2"/>
    <w:basedOn w:val="Normal"/>
    <w:rsid w:val="00646E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paragraph" w:customStyle="1" w:styleId="p3">
    <w:name w:val="p3"/>
    <w:basedOn w:val="Normal"/>
    <w:rsid w:val="00646E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customStyle="1" w:styleId="s2">
    <w:name w:val="s2"/>
    <w:basedOn w:val="DefaultParagraphFont"/>
    <w:rsid w:val="00646E7E"/>
  </w:style>
  <w:style w:type="paragraph" w:styleId="NormalWeb">
    <w:name w:val="Normal (Web)"/>
    <w:basedOn w:val="Normal"/>
    <w:uiPriority w:val="99"/>
    <w:semiHidden/>
    <w:unhideWhenUsed/>
    <w:rsid w:val="00DE4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4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50AE32E-6587-4750-8CFC-DA5B34639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795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5322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4</cp:revision>
  <dcterms:created xsi:type="dcterms:W3CDTF">2013-12-23T23:15:00Z</dcterms:created>
  <dcterms:modified xsi:type="dcterms:W3CDTF">2026-02-04T09:07:00Z</dcterms:modified>
  <cp:category/>
</cp:coreProperties>
</file>